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Maksamaan Kirkko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19:00-19:00 8. Kontrasteja II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