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18:00-20:00 VPS - IFK Mariehamn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