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Hall, Balcony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18:00-18:00 Beatles 2.0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