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19:00-19:00 Tuure Kilpeläinen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