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13.2.2025 torstai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10:00-13:30 XXVII KOKKOLAN TALVIHARMONIKKA – Säveliä senioreille</w:t>
      </w:r>
    </w:p>
    <w:p>
      <w:r>
        <w:t>Seppo Lankinen musisoi ja laulaa vanhusten palvelutaloissa.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