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Ajurinkatu 14, Vaasa</w:t>
      </w:r>
    </w:p>
    <w:p>
      <w:r>
        <w:t>13.9.2026 sunnuntai</w:t>
      </w:r>
    </w:p>
    <w:p>
      <w:pPr>
        <w:pStyle w:val="Heading1"/>
      </w:pPr>
      <w:r>
        <w:t>13.9.2026-13.12.2026</w:t>
      </w:r>
    </w:p>
    <w:p>
      <w:pPr>
        <w:pStyle w:val="Heading2"/>
      </w:pPr>
      <w:r>
        <w:t>16:00-19:00 Tanssit orkesterin säestyksellä</w:t>
      </w:r>
    </w:p>
    <w:p>
      <w:r>
        <w:t>Tervetuloa kaikenikäiset tanssimaan ja kuuntelemaan hyvää musiikkia!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