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>
      <w:pPr>
        <w:pStyle w:val="Title"/>
      </w:pPr>
      <w:r>
        <w:t>Kauppatori 1 ja Rantakatu 62</w:t>
      </w:r>
    </w:p>
    <w:p>
      <w:r>
        <w:t>14.6.2025 lauantai</w:t>
      </w:r>
    </w:p>
    <w:p>
      <w:pPr>
        <w:pStyle w:val="Heading1"/>
      </w:pPr>
      <w:r>
        <w:t>14.6.2025-15.8.2025</w:t>
      </w:r>
    </w:p>
    <w:p>
      <w:pPr>
        <w:pStyle w:val="Heading2"/>
      </w:pPr>
      <w:r>
        <w:t>10:00-18:00 Kristiinankaupungin merimuseo avoinna</w:t>
      </w:r>
    </w:p>
    <w:p>
      <w:r>
        <w:t>Näyttelyt kertovat Kristiinankaupungista, sen telakoista ja satamista sekä elämästä ja kuolemasta valtamerillä</w:t>
      </w:r>
    </w:p>
    <w:p>
      <w:r>
        <w:t>0</w:t>
      </w:r>
    </w:p>
    <w:sectPr w:rsidR="00FC693F" w:rsidRPr="0006063C" w:rsidSect="00034616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ourier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8"/>
  </w:num>
  <w:num w:numId="2">
    <w:abstractNumId w:val="6"/>
  </w:num>
  <w:num w:numId="3">
    <w:abstractNumId w:val="5"/>
  </w:num>
  <w:num w:numId="4">
    <w:abstractNumId w:val="4"/>
  </w:num>
  <w:num w:numId="5">
    <w:abstractNumId w:val="7"/>
  </w:num>
  <w:num w:numId="6">
    <w:abstractNumId w:val="3"/>
  </w:num>
  <w:num w:numId="7">
    <w:abstractNumId w:val="2"/>
  </w:num>
  <w:num w:numId="8">
    <w:abstractNumId w:val="1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7730"/>
    <w:rsid w:val="00034616"/>
    <w:rsid w:val="0006063C"/>
    <w:rsid w:val="0015074B"/>
    <w:rsid w:val="0029639D"/>
    <w:rsid w:val="00326F90"/>
    <w:rsid w:val="00AA1D8D"/>
    <w:rsid w:val="00B47730"/>
    <w:rsid w:val="00CB0664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24062061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styles" Target="styles.xml"/><Relationship Id="rId4" Type="http://schemas.microsoft.com/office/2007/relationships/stylesWithEffects" Target="stylesWithEffect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0</Characters>
  <Application>Microsoft Macintosh Word</Application>
  <DocSecurity>0</DocSecurity>
  <Lines>0</Lines>
  <Paragraphs>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0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/>
  <cp:revision>1</cp:revision>
  <dcterms:created xsi:type="dcterms:W3CDTF">2013-12-23T23:15:00Z</dcterms:created>
  <dcterms:modified xsi:type="dcterms:W3CDTF">2013-12-23T23:15:00Z</dcterms:modified>
  <cp:category/>
</cp:coreProperties>
</file>