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Natalia's Art Studio/ Corner kauppakeskus </w:t>
      </w:r>
    </w:p>
    <w:p>
      <w:r>
        <w:t>25.7.2026 lauantai</w:t>
      </w:r>
    </w:p>
    <w:p>
      <w:pPr>
        <w:pStyle w:val="Heading1"/>
      </w:pPr>
      <w:r>
        <w:t>25.7.2026-3.10.2026</w:t>
      </w:r>
    </w:p>
    <w:p>
      <w:pPr>
        <w:pStyle w:val="Heading2"/>
      </w:pPr>
      <w:r>
        <w:t xml:space="preserve">20:00-21:15 Kummituskävely Kristiinankaupungissa </w:t>
      </w:r>
    </w:p>
    <w:p>
      <w:r>
        <w:t xml:space="preserve">Opastetut kierrokset lauantaisin klo 20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