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Vexala Byagård, Rävmossavägen 6 A, 66950 Munsala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18:30-20:00 Allsångskväll i Vexala</w:t>
      </w:r>
    </w:p>
    <w:p>
      <w:r>
        <w:t>Vexala Byagårds Garantiförening r.f. ordnar Allsångskväll vid byagården med Joel &amp; Matilda Svenfelt.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