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Träffarna hålls i Psykosociala förbundets utrymmen (Kanalesplanaden 19)</w:t>
      </w:r>
    </w:p>
    <w:p>
      <w:r>
        <w:t>21.1.2026 keskiviikko</w:t>
      </w:r>
    </w:p>
    <w:p>
      <w:pPr>
        <w:pStyle w:val="Heading1"/>
      </w:pPr>
      <w:r>
        <w:t>21.1.2026-20.5.2026</w:t>
      </w:r>
    </w:p>
    <w:p>
      <w:pPr>
        <w:pStyle w:val="Heading2"/>
      </w:pPr>
      <w:r>
        <w:t>18:00-19:30 Samtalsgrupp i Jakobstad för anhöriga</w:t>
      </w:r>
    </w:p>
    <w:p>
      <w:r>
        <w:t>Samtalsgrupp på svenska för anhöriga till personer med psykisk ohälsa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