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Natalia's Art Studio/ Corner kauppahuone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 xml:space="preserve">13:00-14:00 Syysloman Kummitusseikkailu lapsille ti 13.10. klo 13.00 </w:t>
      </w:r>
    </w:p>
    <w:p>
      <w:r>
        <w:t>Sopivasti jännittävä ja hurjan hauska Kummitusseikkailu lapsille ja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