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klo 18.00 Vaasan Sahaja Yoga Centerin edestä Laivakatu 13 C (Minimani C-rappu). Paikka: Hiljaisissa rantapaikoissa Vaasassa. Paikka päätetään ennen lähtöä. Autossa paikkoja vapaana.</w:t>
      </w:r>
    </w:p>
    <w:p>
      <w:r>
        <w:t>10.6.2026 keskiviikko</w:t>
      </w:r>
    </w:p>
    <w:p>
      <w:pPr>
        <w:pStyle w:val="Heading1"/>
      </w:pPr>
      <w:r>
        <w:t>10.6.2026-1.7.2026</w:t>
      </w:r>
    </w:p>
    <w:p>
      <w:pPr>
        <w:pStyle w:val="Heading2"/>
      </w:pPr>
      <w:r>
        <w:t>18:00-19:30 Luontomeditaatio</w:t>
      </w:r>
    </w:p>
    <w:p>
      <w:r>
        <w:t>Meditaatio luonnon keskellä rauhoittaa ja vähentää stressiä.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