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Vexala Byagård, Rävmossavägen 6, Vexala, 66950 Munsala 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15:00-19:00 Medeltidsdag i Vexala</w:t>
      </w:r>
    </w:p>
    <w:p>
      <w:r>
        <w:t>En sommarfest kring temat en "Medeltida skärgårdsby i Österbotten". Peter Holmblad, familjeprogram och utställningar.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