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Veikkaalantie 903, 66520 Veikkaala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13:00-17:00 Jokipuodin kirppistapahtuma</w:t>
      </w:r>
    </w:p>
    <w:p>
      <w:r>
        <w:t>Tervetuloa kirppikselle Jokipuodin kentälle 19.7. klo 13–17!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