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kirkon viereinen hautausmaa, Åbergintie 64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18:00-19:00 Opastettu metsähautausmaakierros Orisbergin hautausmaalla</w:t>
      </w:r>
    </w:p>
    <w:p>
      <w:r>
        <w:t>Kivet ja rautaristit kertovat hiljaista tarinaa elämästä rautaruukin vaikutuspiiristä.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