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Natalia's Art Studio (Corner kauppakeskus)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18:30-19:45 Japanilaisen puutarhan mystinen kierros</w:t>
      </w:r>
    </w:p>
    <w:p>
      <w:r>
        <w:t>Opastettu kierros puutarhassa &amp; japanilaisia kummitus- ja kauhutarinoita 13.6. ja 14.6. klo 18:30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