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kirjasto, Topeliuksenpuistikko 10, 66900 Uusikaarlepyy, Jepuan kirjasto, Jungarintie 35, 66850 Jepua, Munsalan kirjasto, Öjintie 7, 66950 Munsala</w:t>
      </w:r>
    </w:p>
    <w:p>
      <w:r>
        <w:t>29.6.2026 maanantai</w:t>
      </w:r>
    </w:p>
    <w:p>
      <w:pPr>
        <w:pStyle w:val="Heading1"/>
      </w:pPr>
      <w:r>
        <w:t>29.6.2026-17.7.2026</w:t>
      </w:r>
    </w:p>
    <w:p>
      <w:pPr>
        <w:pStyle w:val="Heading2"/>
      </w:pPr>
      <w:r>
        <w:t>11:00-17:00 Kirjamarkkinat Uudenkaarlepyyn kirjastoissa</w:t>
      </w:r>
    </w:p>
    <w:p>
      <w:r>
        <w:t>Uudenkaarlepyyn kirjastot järjestävät kirjamarkkinoita Jepuan, Munsala ja keskustan kirjastoissa.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