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13.3.2019 keskiviikko</w:t>
      </w:r>
    </w:p>
    <w:p>
      <w:pPr>
        <w:pStyle w:val="Heading1"/>
      </w:pPr>
      <w:r>
        <w:t>13.3.2019-14.3.2019</w:t>
      </w:r>
    </w:p>
    <w:p>
      <w:pPr>
        <w:pStyle w:val="Heading2"/>
      </w:pPr>
      <w:r>
        <w:t>22:00-00:00 Blockfest Pre-Tour w IBE  MELO</w:t>
      </w:r>
    </w:p>
    <w:p>
      <w:r>
        <w:t>Blockfest Pre-Tour w/ IBE &amp; MELO 13.3.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