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19:30-00:00 Kung-fu beginners course</w:t>
      </w:r>
    </w:p>
    <w:p>
      <w:r>
        <w:t>Kung-fu beginners course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