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17:20-00:00 Alita: Battle Angel 2D</w:t>
      </w:r>
    </w:p>
    <w:p>
      <w:r>
        <w:t>Alita: Battle Angel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