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19:00-00:00 Minä  tiede -yleisöluento: Tuulta, aurinkoa ja lämpöpumppuja - Pohjanmaan resepti energiarikkauksiin?</w:t>
      </w:r>
    </w:p>
    <w:p>
      <w:r>
        <w:t>Mitkä ovat Pohjanmaan uhat ja mahdollisuudet muutoksen keskellä? Petri Välisuo luennoi. Vapaa 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