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Hiihtolomaviikon ohjelma Kristiinankaupungissa</w:t>
      </w:r>
    </w:p>
    <w:p>
      <w:r>
        <w:t>Hiihtolomaviikon menotärpit Kristiinankaupungissa, tutustu ohjelmaliitteeseen.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