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20:30-00:00 Spelutveckling för nybörjare</w:t>
      </w:r>
    </w:p>
    <w:p>
      <w:r>
        <w:t>I den här kursen får du som är 13 år eller äldre lära dig att koda egna spel i Unity.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