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22:00-00:00 PERUTTU! Stand up-ilta All Female Panel  Kyrö Distillery</w:t>
      </w:r>
    </w:p>
    <w:p>
      <w:r>
        <w:t>PERUTTU! Stand up-ilta All Female Panel // Kyrö Distillery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