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15:00-00:00 Winterholiday Wednesday at Stundars Open Air Museum</w:t>
      </w:r>
    </w:p>
    <w:p>
      <w:r>
        <w:t>Winterholiday Wednesday at Stundars Open Air Museum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