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19:30-00:00 Beautiful Boy</w:t>
      </w:r>
    </w:p>
    <w:p>
      <w:r>
        <w:t>Beautiful Boy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