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14:15-00:00 Alita: Battle Angel 3D</w:t>
      </w:r>
    </w:p>
    <w:p>
      <w:r>
        <w:t>Alita: Battle Angel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