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14:45-00:00 Räyhä-Ralf Valloittaa Internetin 2D swe dub</w:t>
      </w:r>
    </w:p>
    <w:p>
      <w:r>
        <w:t>Räyhä-Ralf Valloittaa Internetin 2D (swe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