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18:00-00:00 Vasa Elektriska - GP-danstävlingar</w:t>
      </w:r>
    </w:p>
    <w:p>
      <w:r>
        <w:t>Vasa Elektriska - GP-danstävlingar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