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20:00-00:00 Camilla Fagerholm: Muisto siskolle - surun ensimmäinen vuosi</w:t>
      </w:r>
    </w:p>
    <w:p>
      <w:r>
        <w:t>Tauluja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