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19:45-00:00 Suomen Cup: VPS-KPV</w:t>
      </w:r>
    </w:p>
    <w:p>
      <w:r>
        <w:t>Suomen Cup: VPS-KPV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