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21:00-00:00 Vardagsvego</w:t>
      </w:r>
    </w:p>
    <w:p>
      <w:r>
        <w:t>Vegetarisk matlagningskurs med Jens Lindstedt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