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</w:t>
      </w:r>
    </w:p>
    <w:p>
      <w:r>
        <w:t>4.5.2019 lauantai</w:t>
      </w:r>
    </w:p>
    <w:p>
      <w:pPr>
        <w:pStyle w:val="Heading1"/>
      </w:pPr>
      <w:r>
        <w:t>4.5.2019-5.5.2019</w:t>
      </w:r>
    </w:p>
    <w:p>
      <w:pPr>
        <w:pStyle w:val="Heading2"/>
      </w:pPr>
      <w:r>
        <w:t>14:30-00:00 MÅ BRA DAG I LAPPFORS - med föreläsning och Cross-Nature introduktionspass</w:t>
      </w:r>
    </w:p>
    <w:p>
      <w:r>
        <w:t>Kom med på en härlig dag med föreläsning och motion! Avgift för hela dagen 20 € för föreläsning, lätt mellanmål oc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