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13:00-00:00 Sportlovsöppet hos NGK-Artistica</w:t>
      </w:r>
    </w:p>
    <w:p>
      <w:r>
        <w:t>Kom med hela familjen och rör på er tillsammans i en hall full med spännande redskap!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