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Hess, Winter, Huntley Trio</w:t>
      </w:r>
    </w:p>
    <w:p>
      <w:r>
        <w:t>Levynjulkaisu konserttisarja jossa CD ’you’ julkaistaan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