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pStyle w:val="Title"/>
      </w:pPr>
      <w:r>
        <w:t>Vaasa</w:t>
      </w:r>
    </w:p>
    <w:p>
      <w:r>
        <w:t>1.3.2019 perjantai</w:t>
      </w:r>
    </w:p>
    <w:p>
      <w:pPr>
        <w:pStyle w:val="Heading1"/>
      </w:pPr>
      <w:r>
        <w:t>1.3.2019-2.3.2019</w:t>
      </w:r>
    </w:p>
    <w:p>
      <w:pPr>
        <w:pStyle w:val="Heading2"/>
      </w:pPr>
      <w:r>
        <w:t>Uncle G</w:t>
      </w:r>
    </w:p>
    <w:p>
      <w:r>
        <w:t>Old-school funkia ja soulia 70- ja 80-luvulta!</w:t>
      </w:r>
    </w:p>
    <w:p>
      <w:r>
        <w:t>0</w:t>
      </w:r>
    </w:p>
    <w:sectPr w:rsidR="00FC693F" w:rsidRPr="0006063C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ourier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730"/>
    <w:rsid w:val="00034616"/>
    <w:rsid w:val="0006063C"/>
    <w:rsid w:val="0015074B"/>
    <w:rsid w:val="0029639D"/>
    <w:rsid w:val="00326F90"/>
    <w:rsid w:val="00AA1D8D"/>
    <w:rsid w:val="00B47730"/>
    <w:rsid w:val="00CB0664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406206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Macintosh Word</Application>
  <DocSecurity>0</DocSecurity>
  <Lines>0</Lines>
  <Paragraphs>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0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/>
  <cp:revision>1</cp:revision>
  <dcterms:created xsi:type="dcterms:W3CDTF">2013-12-23T23:15:00Z</dcterms:created>
  <dcterms:modified xsi:type="dcterms:W3CDTF">2013-12-23T23:15:00Z</dcterms:modified>
  <cp:category/>
</cp:coreProperties>
</file>