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Aapo Heinonen Quartet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