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23:00-00:00 Thursday Jazz - Orchestra Wave + Jam Session</w:t>
      </w:r>
    </w:p>
    <w:p>
      <w:r>
        <w:t>An evening of Brazilian music by Antonio Carlos Jobim, Elis Regina, João Gilberto and many more.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