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15:00-00:00 Uskalla Yrittää - semifinaali</w:t>
      </w:r>
    </w:p>
    <w:p>
      <w:r>
        <w:t>Semifinaali on messutapahtuma jossa nuoret yrittäjät esittelevät liikeideoita ja myyvät omia tuotteita ja palveluita.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