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19:00-00:00 Kläd- och bokbytarkväll i Kulturhuset 27.2 kl. 18–19</w:t>
      </w:r>
    </w:p>
    <w:p>
      <w:r>
        <w:t>Kläd- och bokbytarkväll i Kulturhuset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