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12:00-00:00 Skrinning i Vaasan Sähkö Areena 27.2 kl. 10–12</w:t>
      </w:r>
    </w:p>
    <w:p>
      <w:r>
        <w:t>Skrinning i Vaasan Sähkö Areena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