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18:30-00:00 APAN ANDERS -KONSERTTI</w:t>
      </w:r>
    </w:p>
    <w:p>
      <w:r>
        <w:t>Kirjasto on ollut nyt 20 vuotta osoitteessa Runeberginkatu 12!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