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14:00-00:00 Alerten Talvitori</w:t>
      </w:r>
    </w:p>
    <w:p>
      <w:r>
        <w:t>Hiihtolomahauskaa 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