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15:00-00:00 Koko perheen ulkoilmapäivä Svedjehamnissa</w:t>
      </w:r>
    </w:p>
    <w:p>
      <w:r>
        <w:t>Hauskoja talviaktiviteettejä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