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22:00-00:00 Schaumaninsalin konsertin jatkot O´Learyksessa Philip Järvenpään ja Ove Niemistön kanssa</w:t>
      </w:r>
    </w:p>
    <w:p>
      <w:r>
        <w:t>Philip Järvenpää ja Ove Niemistö esiintyvät ravintola O´Learyksessa Schaumaninsalin konsertin jälkeen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