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19:30-00:00 Jag och boken: Dennis Rundt</w:t>
      </w:r>
    </w:p>
    <w:p>
      <w:r>
        <w:t>Författarbesök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