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21:00-00:00 JUN, KOMBUCHA OCH VATTENKEFIR - FERMENTERADE DRYCKER</w:t>
      </w:r>
    </w:p>
    <w:p>
      <w:r>
        <w:t>Lär dig att fermentera drycker och hur de kan på verka din kropp och hälsa.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