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15:00-00:00 4H Midvinterläger 19-20.1 kl.9-15</w:t>
      </w:r>
    </w:p>
    <w:p>
      <w:r>
        <w:t>Vörånejdens 4H ordnar ett dagsläger utomhus vid Norrvalla i Vörå. Lägret är öppet för alla barn 7-12 år!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