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18:45-00:00 Bumblebee 3D</w:t>
      </w:r>
    </w:p>
    <w:p>
      <w:r>
        <w:t>Bumblebee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