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15:00-00:00 Kulturkvarteret Södermalm</w:t>
      </w:r>
    </w:p>
    <w:p>
      <w:r>
        <w:t>Kulturkvarteret Södermalm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